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39E66" w14:textId="77777777" w:rsidR="00C22F66" w:rsidRPr="008F33FB" w:rsidRDefault="004D5997">
      <w:pPr>
        <w:spacing w:after="0"/>
        <w:jc w:val="center"/>
        <w:rPr>
          <w:lang w:val="da-DK"/>
        </w:rPr>
      </w:pPr>
      <w:r w:rsidRPr="008F33FB">
        <w:rPr>
          <w:b/>
          <w:color w:val="093054"/>
          <w:sz w:val="40"/>
          <w:lang w:val="da-DK"/>
        </w:rPr>
        <w:t>SÅDAN FORBEREDER DU ELEVERNE</w:t>
      </w:r>
    </w:p>
    <w:p w14:paraId="74008C1D" w14:textId="589BFC76" w:rsidR="00C22F66" w:rsidRPr="008F33FB" w:rsidRDefault="008F33FB">
      <w:pPr>
        <w:spacing w:after="80"/>
        <w:jc w:val="center"/>
        <w:rPr>
          <w:lang w:val="da-DK"/>
        </w:rPr>
      </w:pPr>
      <w:r w:rsidRPr="008F33FB">
        <w:rPr>
          <w:b/>
          <w:color w:val="188F89"/>
          <w:sz w:val="21"/>
          <w:lang w:val="da-DK"/>
        </w:rPr>
        <w:t>Intro I klasserne ca. 1–2 UGER FØR MESSEN</w:t>
      </w:r>
      <w:r w:rsidR="008F00AC">
        <w:rPr>
          <w:b/>
          <w:color w:val="188F89"/>
          <w:sz w:val="21"/>
          <w:lang w:val="da-DK"/>
        </w:rPr>
        <w:t>: A</w:t>
      </w:r>
      <w:r w:rsidRPr="008F33FB">
        <w:rPr>
          <w:b/>
          <w:color w:val="188F89"/>
          <w:sz w:val="21"/>
          <w:lang w:val="da-DK"/>
        </w:rPr>
        <w:t xml:space="preserve">fsæt </w:t>
      </w:r>
      <w:r w:rsidR="008F00AC">
        <w:rPr>
          <w:b/>
          <w:color w:val="188F89"/>
          <w:sz w:val="21"/>
          <w:lang w:val="da-DK"/>
        </w:rPr>
        <w:t>ca</w:t>
      </w:r>
      <w:r w:rsidRPr="008F33FB">
        <w:rPr>
          <w:b/>
          <w:color w:val="188F89"/>
          <w:sz w:val="21"/>
          <w:lang w:val="da-DK"/>
        </w:rPr>
        <w:t>. 45-60 MINUTTER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32"/>
      </w:tblGrid>
      <w:tr w:rsidR="00C22F66" w:rsidRPr="004D5997" w14:paraId="3D30949F" w14:textId="77777777" w:rsidTr="008F00AC">
        <w:trPr>
          <w:jc w:val="center"/>
        </w:trPr>
        <w:tc>
          <w:tcPr>
            <w:tcW w:w="11340" w:type="dxa"/>
            <w:shd w:val="clear" w:color="auto" w:fill="EAF7F5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71A23B9D" w14:textId="6612B4A1" w:rsidR="008F33FB" w:rsidRPr="008F33FB" w:rsidRDefault="004D5997" w:rsidP="008F33FB">
            <w:pPr>
              <w:spacing w:after="40"/>
              <w:rPr>
                <w:b/>
                <w:color w:val="093054"/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FORTÆL OM MØD EN VIRKSOMHED</w:t>
            </w:r>
          </w:p>
          <w:p w14:paraId="53362451" w14:textId="6E503D4B" w:rsidR="008F33FB" w:rsidRPr="008F33FB" w:rsidRDefault="004D5997" w:rsidP="008F33FB">
            <w:pPr>
              <w:pStyle w:val="Listeafsnit"/>
              <w:numPr>
                <w:ilvl w:val="0"/>
                <w:numId w:val="10"/>
              </w:numPr>
              <w:spacing w:after="40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I skal møde virksomheder</w:t>
            </w:r>
            <w:r w:rsidR="008F00AC">
              <w:rPr>
                <w:sz w:val="24"/>
                <w:szCs w:val="24"/>
                <w:lang w:val="da-DK"/>
              </w:rPr>
              <w:t xml:space="preserve"> og</w:t>
            </w:r>
            <w:r w:rsidRPr="008F33FB">
              <w:rPr>
                <w:sz w:val="24"/>
                <w:szCs w:val="24"/>
                <w:lang w:val="da-DK"/>
              </w:rPr>
              <w:t xml:space="preserve"> medarbejdere og opleve forskellige jobs og brancher</w:t>
            </w:r>
            <w:r w:rsidR="008F00AC">
              <w:rPr>
                <w:sz w:val="24"/>
                <w:szCs w:val="24"/>
                <w:lang w:val="da-DK"/>
              </w:rPr>
              <w:t>.</w:t>
            </w:r>
            <w:r w:rsidRPr="008F33FB">
              <w:rPr>
                <w:sz w:val="24"/>
                <w:szCs w:val="24"/>
                <w:lang w:val="da-DK"/>
              </w:rPr>
              <w:t xml:space="preserve"> </w:t>
            </w:r>
            <w:r w:rsidR="008F00AC">
              <w:rPr>
                <w:sz w:val="24"/>
                <w:szCs w:val="24"/>
                <w:lang w:val="da-DK"/>
              </w:rPr>
              <w:t>O</w:t>
            </w:r>
            <w:r w:rsidRPr="008F33FB">
              <w:rPr>
                <w:sz w:val="24"/>
                <w:szCs w:val="24"/>
                <w:lang w:val="da-DK"/>
              </w:rPr>
              <w:t>gså nogle I måske ikke kender.</w:t>
            </w:r>
          </w:p>
          <w:p w14:paraId="76F79846" w14:textId="6814B134" w:rsidR="008F33FB" w:rsidRPr="008F33FB" w:rsidRDefault="004D5997" w:rsidP="008F33FB">
            <w:pPr>
              <w:pStyle w:val="Listeafsnit"/>
              <w:numPr>
                <w:ilvl w:val="0"/>
                <w:numId w:val="10"/>
              </w:numPr>
              <w:spacing w:after="40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I skal</w:t>
            </w:r>
            <w:r w:rsidRPr="008F00AC">
              <w:rPr>
                <w:b/>
                <w:bCs/>
                <w:sz w:val="24"/>
                <w:szCs w:val="24"/>
                <w:lang w:val="da-DK"/>
              </w:rPr>
              <w:t xml:space="preserve"> </w:t>
            </w:r>
            <w:r w:rsidRPr="008F00AC">
              <w:rPr>
                <w:sz w:val="24"/>
                <w:szCs w:val="24"/>
                <w:lang w:val="da-DK"/>
              </w:rPr>
              <w:t>ikke</w:t>
            </w:r>
            <w:r w:rsidRPr="008F33FB">
              <w:rPr>
                <w:sz w:val="24"/>
                <w:szCs w:val="24"/>
                <w:lang w:val="da-DK"/>
              </w:rPr>
              <w:t xml:space="preserve"> finde ud af hvad I vil være. I skal gå på opdagelse og blive klogere på</w:t>
            </w:r>
            <w:r w:rsidR="008F00AC">
              <w:rPr>
                <w:sz w:val="24"/>
                <w:szCs w:val="24"/>
                <w:lang w:val="da-DK"/>
              </w:rPr>
              <w:t xml:space="preserve"> </w:t>
            </w:r>
            <w:r w:rsidRPr="008F33FB">
              <w:rPr>
                <w:sz w:val="24"/>
                <w:szCs w:val="24"/>
                <w:lang w:val="da-DK"/>
              </w:rPr>
              <w:t xml:space="preserve">hvad </w:t>
            </w:r>
            <w:r w:rsidR="008F00AC">
              <w:rPr>
                <w:sz w:val="24"/>
                <w:szCs w:val="24"/>
                <w:lang w:val="da-DK"/>
              </w:rPr>
              <w:t>I synes er spændende</w:t>
            </w:r>
          </w:p>
          <w:p w14:paraId="4C61B7D7" w14:textId="1AFBF286" w:rsidR="008F33FB" w:rsidRPr="008F33FB" w:rsidRDefault="004D5997" w:rsidP="008F33FB">
            <w:pPr>
              <w:pStyle w:val="Listeafsnit"/>
              <w:numPr>
                <w:ilvl w:val="0"/>
                <w:numId w:val="10"/>
              </w:numPr>
              <w:spacing w:after="40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 xml:space="preserve">I </w:t>
            </w:r>
            <w:r w:rsidR="008F00AC">
              <w:rPr>
                <w:sz w:val="24"/>
                <w:szCs w:val="24"/>
                <w:lang w:val="da-DK"/>
              </w:rPr>
              <w:t xml:space="preserve">kan </w:t>
            </w:r>
            <w:r w:rsidRPr="008F33FB">
              <w:rPr>
                <w:sz w:val="24"/>
                <w:szCs w:val="24"/>
                <w:lang w:val="da-DK"/>
              </w:rPr>
              <w:t>prøve aktiviteter, stille spørgsmål og høre om job, uddannelse, praktik og juniormesterlære.</w:t>
            </w:r>
          </w:p>
          <w:p w14:paraId="03826A31" w14:textId="3C63668B" w:rsidR="00C22F66" w:rsidRPr="008F33FB" w:rsidRDefault="004D5997" w:rsidP="008F33FB">
            <w:pPr>
              <w:pStyle w:val="Listeafsnit"/>
              <w:numPr>
                <w:ilvl w:val="0"/>
                <w:numId w:val="10"/>
              </w:numPr>
              <w:spacing w:after="40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 xml:space="preserve">Inden messen ser I derfor på jeres </w:t>
            </w:r>
            <w:proofErr w:type="spellStart"/>
            <w:r w:rsidRPr="008F33FB">
              <w:rPr>
                <w:sz w:val="24"/>
                <w:szCs w:val="24"/>
                <w:lang w:val="da-DK"/>
              </w:rPr>
              <w:t>skills</w:t>
            </w:r>
            <w:proofErr w:type="spellEnd"/>
            <w:r w:rsidRPr="008F33FB">
              <w:rPr>
                <w:sz w:val="24"/>
                <w:szCs w:val="24"/>
                <w:lang w:val="da-DK"/>
              </w:rPr>
              <w:t>, hvad der er vigtigt for jer i et job, og hvilke virksomheder I gerne vil møde.</w:t>
            </w:r>
          </w:p>
        </w:tc>
      </w:tr>
    </w:tbl>
    <w:p w14:paraId="0BC261CB" w14:textId="77777777" w:rsidR="00C22F66" w:rsidRPr="008F33FB" w:rsidRDefault="00C22F66">
      <w:pPr>
        <w:spacing w:after="0" w:line="168" w:lineRule="auto"/>
        <w:rPr>
          <w:sz w:val="24"/>
          <w:szCs w:val="24"/>
          <w:lang w:val="da-D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3"/>
        <w:gridCol w:w="2833"/>
        <w:gridCol w:w="2833"/>
        <w:gridCol w:w="2833"/>
      </w:tblGrid>
      <w:tr w:rsidR="00C22F66" w:rsidRPr="004D5997" w14:paraId="78DDF78A" w14:textId="77777777">
        <w:trPr>
          <w:jc w:val="center"/>
        </w:trPr>
        <w:tc>
          <w:tcPr>
            <w:tcW w:w="2833" w:type="dxa"/>
            <w:shd w:val="clear" w:color="auto" w:fill="E6F3F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B2E6DE8" w14:textId="77777777" w:rsidR="00C22F66" w:rsidRPr="008F33FB" w:rsidRDefault="004D5997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HVAD?</w:t>
            </w:r>
          </w:p>
          <w:p w14:paraId="7F3B29DB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Mød virksomheder og</w:t>
            </w:r>
            <w:r w:rsidRPr="008F33FB">
              <w:rPr>
                <w:sz w:val="24"/>
                <w:szCs w:val="24"/>
                <w:lang w:val="da-DK"/>
              </w:rPr>
              <w:br/>
              <w:t>mennesker fra arbejdslivet</w:t>
            </w:r>
          </w:p>
        </w:tc>
        <w:tc>
          <w:tcPr>
            <w:tcW w:w="2833" w:type="dxa"/>
            <w:shd w:val="clear" w:color="auto" w:fill="FFF0D5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BC1A8D4" w14:textId="77777777" w:rsidR="00C22F66" w:rsidRPr="008F33FB" w:rsidRDefault="004D5997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HVORFOR?</w:t>
            </w:r>
          </w:p>
          <w:p w14:paraId="6F7680A3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Bliv klogere på jobs,</w:t>
            </w:r>
            <w:r w:rsidRPr="008F33FB">
              <w:rPr>
                <w:sz w:val="24"/>
                <w:szCs w:val="24"/>
                <w:lang w:val="da-DK"/>
              </w:rPr>
              <w:br/>
            </w:r>
            <w:r w:rsidRPr="008F33FB">
              <w:rPr>
                <w:sz w:val="24"/>
                <w:szCs w:val="24"/>
                <w:lang w:val="da-DK"/>
              </w:rPr>
              <w:t>uddannelser og muligheder</w:t>
            </w:r>
          </w:p>
        </w:tc>
        <w:tc>
          <w:tcPr>
            <w:tcW w:w="2833" w:type="dxa"/>
            <w:shd w:val="clear" w:color="auto" w:fill="F8E6EF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031F330" w14:textId="77777777" w:rsidR="00C22F66" w:rsidRPr="008F33FB" w:rsidRDefault="004D5997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HVAD SKAL I?</w:t>
            </w:r>
          </w:p>
          <w:p w14:paraId="074B4997" w14:textId="7F4E90C0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Gå på opdagelse</w:t>
            </w:r>
            <w:r w:rsidR="008F33FB" w:rsidRPr="008F33FB">
              <w:rPr>
                <w:sz w:val="24"/>
                <w:szCs w:val="24"/>
                <w:lang w:val="da-DK"/>
              </w:rPr>
              <w:t xml:space="preserve">, </w:t>
            </w:r>
            <w:r w:rsidRPr="008F33FB">
              <w:rPr>
                <w:sz w:val="24"/>
                <w:szCs w:val="24"/>
                <w:lang w:val="da-DK"/>
              </w:rPr>
              <w:t>prøv</w:t>
            </w:r>
            <w:r w:rsidRPr="008F33FB">
              <w:rPr>
                <w:sz w:val="24"/>
                <w:szCs w:val="24"/>
                <w:lang w:val="da-DK"/>
              </w:rPr>
              <w:br/>
              <w:t>noget</w:t>
            </w:r>
            <w:r w:rsidR="008F33FB" w:rsidRPr="008F33FB">
              <w:rPr>
                <w:sz w:val="24"/>
                <w:szCs w:val="24"/>
                <w:lang w:val="da-DK"/>
              </w:rPr>
              <w:t xml:space="preserve"> og </w:t>
            </w:r>
            <w:r w:rsidRPr="008F33FB">
              <w:rPr>
                <w:sz w:val="24"/>
                <w:szCs w:val="24"/>
                <w:lang w:val="da-DK"/>
              </w:rPr>
              <w:t>stil spørgsmål</w:t>
            </w:r>
          </w:p>
        </w:tc>
        <w:tc>
          <w:tcPr>
            <w:tcW w:w="2833" w:type="dxa"/>
            <w:shd w:val="clear" w:color="auto" w:fill="E6F5EE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E52CE77" w14:textId="77777777" w:rsidR="00C22F66" w:rsidRPr="008F33FB" w:rsidRDefault="004D5997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HUSK</w:t>
            </w:r>
          </w:p>
          <w:p w14:paraId="79C7964D" w14:textId="763831BC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I skal ikke vælge fremtid</w:t>
            </w:r>
            <w:r w:rsidR="008F33FB" w:rsidRPr="008F33FB">
              <w:rPr>
                <w:sz w:val="24"/>
                <w:szCs w:val="24"/>
                <w:lang w:val="da-DK"/>
              </w:rPr>
              <w:t xml:space="preserve">, </w:t>
            </w:r>
            <w:r w:rsidRPr="008F33FB">
              <w:rPr>
                <w:sz w:val="24"/>
                <w:szCs w:val="24"/>
                <w:lang w:val="da-DK"/>
              </w:rPr>
              <w:t>I skal være nysgerrige</w:t>
            </w:r>
          </w:p>
        </w:tc>
      </w:tr>
    </w:tbl>
    <w:p w14:paraId="766E54CD" w14:textId="77777777" w:rsidR="00C22F66" w:rsidRPr="008F33FB" w:rsidRDefault="00C22F66">
      <w:pPr>
        <w:spacing w:after="0" w:line="168" w:lineRule="auto"/>
        <w:rPr>
          <w:sz w:val="24"/>
          <w:szCs w:val="24"/>
          <w:lang w:val="da-D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9411"/>
      </w:tblGrid>
      <w:tr w:rsidR="00C22F66" w:rsidRPr="004D5997" w14:paraId="154EA521" w14:textId="77777777">
        <w:trPr>
          <w:jc w:val="center"/>
        </w:trPr>
        <w:tc>
          <w:tcPr>
            <w:tcW w:w="1247" w:type="dxa"/>
            <w:shd w:val="clear" w:color="auto" w:fill="168F89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01B83D6E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FFFFFF"/>
                <w:sz w:val="24"/>
                <w:szCs w:val="24"/>
                <w:lang w:val="da-DK"/>
              </w:rPr>
              <w:t>1</w:t>
            </w:r>
          </w:p>
          <w:p w14:paraId="1419494E" w14:textId="64D8EC03" w:rsidR="00C22F66" w:rsidRPr="008F33FB" w:rsidRDefault="00C22F66" w:rsidP="008F33FB">
            <w:pPr>
              <w:spacing w:after="0"/>
              <w:rPr>
                <w:sz w:val="24"/>
                <w:szCs w:val="24"/>
                <w:lang w:val="da-DK"/>
              </w:rPr>
            </w:pPr>
          </w:p>
        </w:tc>
        <w:tc>
          <w:tcPr>
            <w:tcW w:w="9411" w:type="dxa"/>
            <w:shd w:val="clear" w:color="auto" w:fill="FFF0D5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91DEC7D" w14:textId="77777777" w:rsidR="00C22F66" w:rsidRPr="008F33FB" w:rsidRDefault="004D5997">
            <w:pPr>
              <w:spacing w:after="20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FIND DINE SKILLS</w:t>
            </w:r>
          </w:p>
          <w:p w14:paraId="46A17921" w14:textId="77777777" w:rsidR="00EA2A05" w:rsidRDefault="0076455F">
            <w:pPr>
              <w:spacing w:after="0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Vis den korte video der </w:t>
            </w:r>
            <w:r w:rsidR="00EC02C5">
              <w:rPr>
                <w:sz w:val="24"/>
                <w:szCs w:val="24"/>
                <w:lang w:val="da-DK"/>
              </w:rPr>
              <w:t>forklarer</w:t>
            </w:r>
            <w:r>
              <w:rPr>
                <w:sz w:val="24"/>
                <w:szCs w:val="24"/>
                <w:lang w:val="da-DK"/>
              </w:rPr>
              <w:t xml:space="preserve"> om </w:t>
            </w:r>
            <w:proofErr w:type="spellStart"/>
            <w:r>
              <w:rPr>
                <w:sz w:val="24"/>
                <w:szCs w:val="24"/>
                <w:lang w:val="da-DK"/>
              </w:rPr>
              <w:t>skills</w:t>
            </w:r>
            <w:proofErr w:type="spellEnd"/>
            <w:r w:rsidR="00EA2A05">
              <w:rPr>
                <w:sz w:val="24"/>
                <w:szCs w:val="24"/>
                <w:lang w:val="da-DK"/>
              </w:rPr>
              <w:t xml:space="preserve">: </w:t>
            </w:r>
            <w:r w:rsidR="004D5997">
              <w:fldChar w:fldCharType="begin"/>
            </w:r>
            <w:r w:rsidR="004D5997" w:rsidRPr="004D5997">
              <w:rPr>
                <w:lang w:val="da-DK"/>
              </w:rPr>
              <w:instrText>HYPERLINK "https://www.youtube.com/watch?v=UaJVJEJsEHE"</w:instrText>
            </w:r>
            <w:r w:rsidR="004D5997">
              <w:fldChar w:fldCharType="separate"/>
            </w:r>
            <w:r w:rsidR="00EA2A05" w:rsidRPr="004D5997">
              <w:rPr>
                <w:rStyle w:val="Hyperlink"/>
                <w:sz w:val="24"/>
                <w:szCs w:val="24"/>
                <w:lang w:val="da-DK"/>
              </w:rPr>
              <w:t>https://www.youtube.com/watch?v=UaJVJEJsEHE</w:t>
            </w:r>
            <w:r w:rsidR="004D5997">
              <w:rPr>
                <w:rStyle w:val="Hyperlink"/>
                <w:sz w:val="24"/>
                <w:szCs w:val="24"/>
              </w:rPr>
              <w:fldChar w:fldCharType="end"/>
            </w:r>
          </w:p>
          <w:p w14:paraId="7C0635E6" w14:textId="3BB0B271" w:rsidR="00C22F66" w:rsidRPr="008F33FB" w:rsidRDefault="0076455F">
            <w:pPr>
              <w:spacing w:after="0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 xml:space="preserve">Eleverne sætter kryds ved de </w:t>
            </w:r>
            <w:proofErr w:type="spellStart"/>
            <w:r w:rsidRPr="008F33FB">
              <w:rPr>
                <w:sz w:val="24"/>
                <w:szCs w:val="24"/>
                <w:lang w:val="da-DK"/>
              </w:rPr>
              <w:t>skills</w:t>
            </w:r>
            <w:proofErr w:type="spellEnd"/>
            <w:r w:rsidRPr="008F33FB">
              <w:rPr>
                <w:sz w:val="24"/>
                <w:szCs w:val="24"/>
                <w:lang w:val="da-DK"/>
              </w:rPr>
              <w:t xml:space="preserve">, der passer på dem, og vælger deres 2 stærkeste. Tal evt. i små grupper: Hvilke </w:t>
            </w:r>
            <w:proofErr w:type="spellStart"/>
            <w:r w:rsidRPr="008F33FB">
              <w:rPr>
                <w:sz w:val="24"/>
                <w:szCs w:val="24"/>
                <w:lang w:val="da-DK"/>
              </w:rPr>
              <w:t>skills</w:t>
            </w:r>
            <w:proofErr w:type="spellEnd"/>
            <w:r w:rsidRPr="008F33FB">
              <w:rPr>
                <w:sz w:val="24"/>
                <w:szCs w:val="24"/>
                <w:lang w:val="da-DK"/>
              </w:rPr>
              <w:t xml:space="preserve"> passer bedst på jer og hvorfor?</w:t>
            </w:r>
          </w:p>
        </w:tc>
      </w:tr>
    </w:tbl>
    <w:p w14:paraId="05219E1C" w14:textId="77777777" w:rsidR="00C22F66" w:rsidRPr="008F33FB" w:rsidRDefault="00C22F66">
      <w:pPr>
        <w:spacing w:after="0" w:line="168" w:lineRule="auto"/>
        <w:rPr>
          <w:sz w:val="24"/>
          <w:szCs w:val="24"/>
          <w:lang w:val="da-D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9411"/>
      </w:tblGrid>
      <w:tr w:rsidR="00C22F66" w:rsidRPr="008F33FB" w14:paraId="0ADAB786" w14:textId="77777777">
        <w:trPr>
          <w:jc w:val="center"/>
        </w:trPr>
        <w:tc>
          <w:tcPr>
            <w:tcW w:w="1247" w:type="dxa"/>
            <w:shd w:val="clear" w:color="auto" w:fill="168F89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75BB57B5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FFFFFF"/>
                <w:sz w:val="24"/>
                <w:szCs w:val="24"/>
                <w:lang w:val="da-DK"/>
              </w:rPr>
              <w:t>2</w:t>
            </w:r>
          </w:p>
          <w:p w14:paraId="2F20BC28" w14:textId="70E30C86" w:rsidR="00C22F66" w:rsidRPr="008F33FB" w:rsidRDefault="00C22F66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9411" w:type="dxa"/>
            <w:shd w:val="clear" w:color="auto" w:fill="F8E6EF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5DF18AF" w14:textId="77777777" w:rsidR="00C22F66" w:rsidRPr="008F33FB" w:rsidRDefault="004D5997">
            <w:pPr>
              <w:spacing w:after="20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HVAD ER VIGTIGT I ET JOB?</w:t>
            </w:r>
          </w:p>
          <w:p w14:paraId="2AC2B65C" w14:textId="160BFDA4" w:rsidR="00C22F66" w:rsidRPr="008F33FB" w:rsidRDefault="004D5997">
            <w:pPr>
              <w:spacing w:after="0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Bliv på forsiden. Eleverne vælger de 3 ting, der betyder mest for dem i et job. Tal evt. i små grupper: Hvad valgte I og hvorfor? Der er ingen rigtige eller forkerte svar.</w:t>
            </w:r>
          </w:p>
        </w:tc>
      </w:tr>
    </w:tbl>
    <w:p w14:paraId="03BF49D4" w14:textId="77777777" w:rsidR="00C22F66" w:rsidRPr="008F33FB" w:rsidRDefault="00C22F66">
      <w:pPr>
        <w:spacing w:after="0" w:line="168" w:lineRule="auto"/>
        <w:rPr>
          <w:sz w:val="24"/>
          <w:szCs w:val="24"/>
          <w:lang w:val="da-D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9411"/>
      </w:tblGrid>
      <w:tr w:rsidR="00C22F66" w:rsidRPr="004D5997" w14:paraId="437BC3B6" w14:textId="77777777">
        <w:trPr>
          <w:jc w:val="center"/>
        </w:trPr>
        <w:tc>
          <w:tcPr>
            <w:tcW w:w="1247" w:type="dxa"/>
            <w:shd w:val="clear" w:color="auto" w:fill="168F89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5C7FFBB1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FFFFFF"/>
                <w:sz w:val="24"/>
                <w:szCs w:val="24"/>
                <w:lang w:val="da-DK"/>
              </w:rPr>
              <w:t>3</w:t>
            </w:r>
          </w:p>
          <w:p w14:paraId="34E79F8D" w14:textId="51645DED" w:rsidR="00C22F66" w:rsidRPr="008F33FB" w:rsidRDefault="00C22F66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9411" w:type="dxa"/>
            <w:shd w:val="clear" w:color="auto" w:fill="E6F5EE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4E0AD6E" w14:textId="77777777" w:rsidR="00C22F66" w:rsidRPr="008F33FB" w:rsidRDefault="004D5997">
            <w:pPr>
              <w:spacing w:after="20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 xml:space="preserve">VÆLG 3 </w:t>
            </w: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VIRKSOMHEDER, DU VIL MØDE</w:t>
            </w:r>
          </w:p>
          <w:p w14:paraId="2A6A1A32" w14:textId="63C2D18A" w:rsidR="00C22F66" w:rsidRPr="008F33FB" w:rsidRDefault="004D5997">
            <w:pPr>
              <w:spacing w:after="0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 xml:space="preserve">Vend arket om. </w:t>
            </w:r>
            <w:r w:rsidR="008F33FB" w:rsidRPr="008F33FB">
              <w:rPr>
                <w:sz w:val="24"/>
                <w:szCs w:val="24"/>
                <w:lang w:val="da-DK"/>
              </w:rPr>
              <w:t>O</w:t>
            </w:r>
            <w:r w:rsidRPr="008F33FB">
              <w:rPr>
                <w:sz w:val="24"/>
                <w:szCs w:val="24"/>
                <w:lang w:val="da-DK"/>
              </w:rPr>
              <w:t>versigten over deltagende virksomheder</w:t>
            </w:r>
            <w:r w:rsidR="008F33FB" w:rsidRPr="008F33FB">
              <w:rPr>
                <w:sz w:val="24"/>
                <w:szCs w:val="24"/>
                <w:lang w:val="da-DK"/>
              </w:rPr>
              <w:t xml:space="preserve"> kan findes på Brøndby Kommunes hjemmeside</w:t>
            </w:r>
            <w:r w:rsidRPr="008F33FB">
              <w:rPr>
                <w:sz w:val="24"/>
                <w:szCs w:val="24"/>
                <w:lang w:val="da-DK"/>
              </w:rPr>
              <w:t>. Eleverne vælger 3 virksomheder og skriver 1–2 spørgsmål til hver. Gerne mindst én virksomhed eller branche, de ikke kender.</w:t>
            </w:r>
          </w:p>
        </w:tc>
      </w:tr>
    </w:tbl>
    <w:p w14:paraId="7E0FE4E5" w14:textId="77777777" w:rsidR="00C22F66" w:rsidRPr="008F33FB" w:rsidRDefault="00C22F66">
      <w:pPr>
        <w:spacing w:after="0" w:line="168" w:lineRule="auto"/>
        <w:rPr>
          <w:sz w:val="24"/>
          <w:szCs w:val="24"/>
          <w:lang w:val="da-D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9411"/>
      </w:tblGrid>
      <w:tr w:rsidR="00C22F66" w:rsidRPr="008F33FB" w14:paraId="360CD593" w14:textId="77777777">
        <w:trPr>
          <w:jc w:val="center"/>
        </w:trPr>
        <w:tc>
          <w:tcPr>
            <w:tcW w:w="1247" w:type="dxa"/>
            <w:shd w:val="clear" w:color="auto" w:fill="168F89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42CD25D8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FFFFFF"/>
                <w:sz w:val="24"/>
                <w:szCs w:val="24"/>
                <w:lang w:val="da-DK"/>
              </w:rPr>
              <w:t>4</w:t>
            </w:r>
          </w:p>
          <w:p w14:paraId="5331A4A9" w14:textId="127420A5" w:rsidR="00C22F66" w:rsidRPr="008F33FB" w:rsidRDefault="00C22F66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9411" w:type="dxa"/>
            <w:shd w:val="clear" w:color="auto" w:fill="E8EEF8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286D564" w14:textId="77777777" w:rsidR="00C22F66" w:rsidRPr="008F33FB" w:rsidRDefault="004D5997">
            <w:pPr>
              <w:spacing w:after="20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AFRUND OG SAML ARKENE IND</w:t>
            </w:r>
          </w:p>
          <w:p w14:paraId="79B529AD" w14:textId="0B2E1DC8" w:rsidR="00C22F66" w:rsidRPr="008F33FB" w:rsidRDefault="004D5997">
            <w:pPr>
              <w:spacing w:after="0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Gennemgå kort “Min mission på messen”. Eleverne skriver navn og klasse. Saml arkene ind de skal bruges igen på messedagen.</w:t>
            </w:r>
          </w:p>
        </w:tc>
      </w:tr>
    </w:tbl>
    <w:p w14:paraId="256A2878" w14:textId="77777777" w:rsidR="00C22F66" w:rsidRPr="008F33FB" w:rsidRDefault="00C22F66">
      <w:pPr>
        <w:spacing w:after="0" w:line="168" w:lineRule="auto"/>
        <w:rPr>
          <w:sz w:val="24"/>
          <w:szCs w:val="24"/>
          <w:lang w:val="da-D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332"/>
      </w:tblGrid>
      <w:tr w:rsidR="00C22F66" w:rsidRPr="008F33FB" w14:paraId="278F3123" w14:textId="77777777">
        <w:tc>
          <w:tcPr>
            <w:tcW w:w="11332" w:type="dxa"/>
            <w:shd w:val="clear" w:color="auto" w:fill="0B3054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CE0B2B" w14:textId="0177303D" w:rsidR="00C22F66" w:rsidRPr="008F33FB" w:rsidRDefault="004D5997" w:rsidP="0076455F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FFFFFF"/>
                <w:sz w:val="24"/>
                <w:szCs w:val="24"/>
                <w:lang w:val="da-DK"/>
              </w:rPr>
              <w:t xml:space="preserve">PÅ </w:t>
            </w:r>
            <w:r w:rsidR="00EC02C5" w:rsidRPr="008F33FB">
              <w:rPr>
                <w:b/>
                <w:color w:val="FFFFFF"/>
                <w:sz w:val="24"/>
                <w:szCs w:val="24"/>
                <w:lang w:val="da-DK"/>
              </w:rPr>
              <w:t>MESSEDAGEN · 3.</w:t>
            </w:r>
            <w:r w:rsidRPr="008F33FB">
              <w:rPr>
                <w:b/>
                <w:color w:val="FFFFFF"/>
                <w:sz w:val="24"/>
                <w:szCs w:val="24"/>
                <w:lang w:val="da-DK"/>
              </w:rPr>
              <w:t xml:space="preserve"> NOVEMBER 2026</w:t>
            </w:r>
          </w:p>
        </w:tc>
      </w:tr>
    </w:tbl>
    <w:p w14:paraId="3B5CCE40" w14:textId="77777777" w:rsidR="00C22F66" w:rsidRPr="008F33FB" w:rsidRDefault="00C22F66">
      <w:pPr>
        <w:spacing w:after="0" w:line="168" w:lineRule="auto"/>
        <w:rPr>
          <w:sz w:val="24"/>
          <w:szCs w:val="24"/>
          <w:lang w:val="da-D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3"/>
        <w:gridCol w:w="2833"/>
        <w:gridCol w:w="2833"/>
        <w:gridCol w:w="2833"/>
      </w:tblGrid>
      <w:tr w:rsidR="00C22F66" w:rsidRPr="004D5997" w14:paraId="551BFD12" w14:textId="77777777">
        <w:trPr>
          <w:jc w:val="center"/>
        </w:trPr>
        <w:tc>
          <w:tcPr>
            <w:tcW w:w="2833" w:type="dxa"/>
            <w:shd w:val="clear" w:color="auto" w:fill="E6F3FA"/>
            <w:tcMar>
              <w:top w:w="55" w:type="dxa"/>
              <w:left w:w="50" w:type="dxa"/>
              <w:bottom w:w="55" w:type="dxa"/>
              <w:right w:w="50" w:type="dxa"/>
            </w:tcMar>
          </w:tcPr>
          <w:p w14:paraId="7261527A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188F89"/>
                <w:sz w:val="24"/>
                <w:szCs w:val="24"/>
                <w:lang w:val="da-DK"/>
              </w:rPr>
              <w:t>1</w:t>
            </w:r>
          </w:p>
          <w:p w14:paraId="1AA5FB5F" w14:textId="77777777" w:rsidR="00C22F66" w:rsidRPr="008F33FB" w:rsidRDefault="004D5997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SÆT RAMMEN</w:t>
            </w:r>
          </w:p>
          <w:p w14:paraId="6CA93876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Vær nysgerrige,</w:t>
            </w:r>
            <w:r w:rsidRPr="008F33FB">
              <w:rPr>
                <w:sz w:val="24"/>
                <w:szCs w:val="24"/>
                <w:lang w:val="da-DK"/>
              </w:rPr>
              <w:br/>
              <w:t>prøv noget og spørg</w:t>
            </w:r>
          </w:p>
        </w:tc>
        <w:tc>
          <w:tcPr>
            <w:tcW w:w="2833" w:type="dxa"/>
            <w:shd w:val="clear" w:color="auto" w:fill="FFF0D5"/>
            <w:tcMar>
              <w:top w:w="55" w:type="dxa"/>
              <w:left w:w="50" w:type="dxa"/>
              <w:bottom w:w="55" w:type="dxa"/>
              <w:right w:w="50" w:type="dxa"/>
            </w:tcMar>
          </w:tcPr>
          <w:p w14:paraId="32E7F59D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188F89"/>
                <w:sz w:val="24"/>
                <w:szCs w:val="24"/>
                <w:lang w:val="da-DK"/>
              </w:rPr>
              <w:t>2</w:t>
            </w:r>
          </w:p>
          <w:p w14:paraId="07C64D7F" w14:textId="77777777" w:rsidR="00C22F66" w:rsidRPr="008F33FB" w:rsidRDefault="004D5997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 xml:space="preserve">GIV ARKET </w:t>
            </w: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TILBAGE</w:t>
            </w:r>
          </w:p>
          <w:p w14:paraId="5D97C339" w14:textId="33FB2655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Eleverne får deres</w:t>
            </w:r>
            <w:r w:rsidRPr="008F33FB">
              <w:rPr>
                <w:sz w:val="24"/>
                <w:szCs w:val="24"/>
                <w:lang w:val="da-DK"/>
              </w:rPr>
              <w:br/>
              <w:t>eget ark</w:t>
            </w:r>
            <w:r w:rsidR="008F33FB" w:rsidRPr="008F33FB">
              <w:rPr>
                <w:sz w:val="24"/>
                <w:szCs w:val="24"/>
                <w:lang w:val="da-DK"/>
              </w:rPr>
              <w:t xml:space="preserve"> </w:t>
            </w:r>
          </w:p>
        </w:tc>
        <w:tc>
          <w:tcPr>
            <w:tcW w:w="2833" w:type="dxa"/>
            <w:shd w:val="clear" w:color="auto" w:fill="F8E6EF"/>
            <w:tcMar>
              <w:top w:w="55" w:type="dxa"/>
              <w:left w:w="50" w:type="dxa"/>
              <w:bottom w:w="55" w:type="dxa"/>
              <w:right w:w="50" w:type="dxa"/>
            </w:tcMar>
          </w:tcPr>
          <w:p w14:paraId="2229437E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188F89"/>
                <w:sz w:val="24"/>
                <w:szCs w:val="24"/>
                <w:lang w:val="da-DK"/>
              </w:rPr>
              <w:t>3</w:t>
            </w:r>
          </w:p>
          <w:p w14:paraId="240EEDD3" w14:textId="77777777" w:rsidR="00C22F66" w:rsidRPr="008F33FB" w:rsidRDefault="004D5997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VIS MESSEN</w:t>
            </w:r>
          </w:p>
          <w:p w14:paraId="6BC68234" w14:textId="1E8DA0E4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Udlever</w:t>
            </w:r>
            <w:r w:rsidR="008F33FB" w:rsidRPr="008F33FB">
              <w:rPr>
                <w:sz w:val="24"/>
                <w:szCs w:val="24"/>
                <w:lang w:val="da-DK"/>
              </w:rPr>
              <w:t xml:space="preserve"> </w:t>
            </w:r>
            <w:proofErr w:type="spellStart"/>
            <w:r w:rsidR="008F33FB" w:rsidRPr="008F33FB">
              <w:rPr>
                <w:sz w:val="24"/>
                <w:szCs w:val="24"/>
                <w:lang w:val="da-DK"/>
              </w:rPr>
              <w:t>standoversigt</w:t>
            </w:r>
            <w:proofErr w:type="spellEnd"/>
          </w:p>
        </w:tc>
        <w:tc>
          <w:tcPr>
            <w:tcW w:w="2833" w:type="dxa"/>
            <w:shd w:val="clear" w:color="auto" w:fill="E6F5EE"/>
            <w:tcMar>
              <w:top w:w="55" w:type="dxa"/>
              <w:left w:w="50" w:type="dxa"/>
              <w:bottom w:w="55" w:type="dxa"/>
              <w:right w:w="50" w:type="dxa"/>
            </w:tcMar>
          </w:tcPr>
          <w:p w14:paraId="397DFAD4" w14:textId="77777777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188F89"/>
                <w:sz w:val="24"/>
                <w:szCs w:val="24"/>
                <w:lang w:val="da-DK"/>
              </w:rPr>
              <w:t>4</w:t>
            </w:r>
          </w:p>
          <w:p w14:paraId="310C6D42" w14:textId="77777777" w:rsidR="00C22F66" w:rsidRPr="008F33FB" w:rsidRDefault="004D5997">
            <w:pPr>
              <w:spacing w:after="2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b/>
                <w:color w:val="093054"/>
                <w:sz w:val="24"/>
                <w:szCs w:val="24"/>
                <w:lang w:val="da-DK"/>
              </w:rPr>
              <w:t>AFTAL MØDESTED</w:t>
            </w:r>
          </w:p>
          <w:p w14:paraId="44C85970" w14:textId="1AF191DA" w:rsidR="00C22F66" w:rsidRPr="008F33FB" w:rsidRDefault="004D5997">
            <w:pPr>
              <w:spacing w:after="0"/>
              <w:jc w:val="center"/>
              <w:rPr>
                <w:sz w:val="24"/>
                <w:szCs w:val="24"/>
                <w:lang w:val="da-DK"/>
              </w:rPr>
            </w:pPr>
            <w:r w:rsidRPr="008F33FB">
              <w:rPr>
                <w:sz w:val="24"/>
                <w:szCs w:val="24"/>
                <w:lang w:val="da-DK"/>
              </w:rPr>
              <w:t>Hvor og hvornår</w:t>
            </w:r>
            <w:r w:rsidRPr="008F33FB">
              <w:rPr>
                <w:sz w:val="24"/>
                <w:szCs w:val="24"/>
                <w:lang w:val="da-DK"/>
              </w:rPr>
              <w:br/>
              <w:t xml:space="preserve">mødes </w:t>
            </w:r>
            <w:r w:rsidR="008F33FB" w:rsidRPr="008F33FB">
              <w:rPr>
                <w:sz w:val="24"/>
                <w:szCs w:val="24"/>
                <w:lang w:val="da-DK"/>
              </w:rPr>
              <w:t>Klassen igen</w:t>
            </w:r>
          </w:p>
        </w:tc>
      </w:tr>
    </w:tbl>
    <w:p w14:paraId="2DC87E25" w14:textId="77777777" w:rsidR="00C22F66" w:rsidRPr="004D5997" w:rsidRDefault="00C22F66">
      <w:pPr>
        <w:spacing w:after="0" w:line="168" w:lineRule="auto"/>
        <w:rPr>
          <w:sz w:val="24"/>
          <w:szCs w:val="24"/>
          <w:lang w:val="da-DK"/>
        </w:rPr>
      </w:pPr>
    </w:p>
    <w:p w14:paraId="239EF65F" w14:textId="77777777" w:rsidR="004A0F59" w:rsidRPr="004D5997" w:rsidRDefault="004A0F59">
      <w:pPr>
        <w:rPr>
          <w:lang w:val="da-DK"/>
        </w:rPr>
      </w:pPr>
    </w:p>
    <w:sectPr w:rsidR="004A0F59" w:rsidRPr="004D5997" w:rsidSect="00034616">
      <w:pgSz w:w="12240" w:h="15840"/>
      <w:pgMar w:top="369" w:right="454" w:bottom="369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F243D1"/>
    <w:multiLevelType w:val="hybridMultilevel"/>
    <w:tmpl w:val="41640216"/>
    <w:lvl w:ilvl="0" w:tplc="C4CAF6A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  <w:color w:val="09305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007669">
    <w:abstractNumId w:val="8"/>
  </w:num>
  <w:num w:numId="2" w16cid:durableId="458576296">
    <w:abstractNumId w:val="6"/>
  </w:num>
  <w:num w:numId="3" w16cid:durableId="299190206">
    <w:abstractNumId w:val="5"/>
  </w:num>
  <w:num w:numId="4" w16cid:durableId="1219630426">
    <w:abstractNumId w:val="4"/>
  </w:num>
  <w:num w:numId="5" w16cid:durableId="319386793">
    <w:abstractNumId w:val="7"/>
  </w:num>
  <w:num w:numId="6" w16cid:durableId="706563202">
    <w:abstractNumId w:val="3"/>
  </w:num>
  <w:num w:numId="7" w16cid:durableId="54552780">
    <w:abstractNumId w:val="2"/>
  </w:num>
  <w:num w:numId="8" w16cid:durableId="744764947">
    <w:abstractNumId w:val="1"/>
  </w:num>
  <w:num w:numId="9" w16cid:durableId="1911503228">
    <w:abstractNumId w:val="0"/>
  </w:num>
  <w:num w:numId="10" w16cid:durableId="7002088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036F"/>
    <w:rsid w:val="0015074B"/>
    <w:rsid w:val="0029639D"/>
    <w:rsid w:val="00313F81"/>
    <w:rsid w:val="00326F90"/>
    <w:rsid w:val="004A0F59"/>
    <w:rsid w:val="004D5997"/>
    <w:rsid w:val="0076455F"/>
    <w:rsid w:val="008F00AC"/>
    <w:rsid w:val="008F33FB"/>
    <w:rsid w:val="00994D15"/>
    <w:rsid w:val="00AA1D8D"/>
    <w:rsid w:val="00B47730"/>
    <w:rsid w:val="00C22F66"/>
    <w:rsid w:val="00CB0664"/>
    <w:rsid w:val="00E67C78"/>
    <w:rsid w:val="00EA2A05"/>
    <w:rsid w:val="00EC02C5"/>
    <w:rsid w:val="00EC2D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0FA97"/>
  <w14:defaultImageDpi w14:val="300"/>
  <w15:docId w15:val="{DB55B720-C2DB-4104-9379-2EC575B9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EA2A05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A2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1627</Characters>
  <Application>Microsoft Office Word</Application>
  <DocSecurity>4</DocSecurity>
  <Lines>73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Nanna Lundager Als</cp:lastModifiedBy>
  <cp:revision>2</cp:revision>
  <dcterms:created xsi:type="dcterms:W3CDTF">2026-10-06T13:03:00Z</dcterms:created>
  <dcterms:modified xsi:type="dcterms:W3CDTF">2026-10-06T13:03:00Z</dcterms:modified>
  <cp:category/>
</cp:coreProperties>
</file>